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Delta Revival Center Privacy Policy</w:t>
      </w:r>
    </w:p>
    <w:p>
      <w:r>
        <w:t>Last updated: June 7, 2026</w:t>
      </w:r>
    </w:p>
    <w:p>
      <w:pPr>
        <w:pStyle w:val="Heading1"/>
      </w:pPr>
      <w:r>
        <w:t>PRIVACY POLICY</w:t>
      </w:r>
    </w:p>
    <w:p>
      <w:pPr>
        <w:pStyle w:val="ListBullet"/>
      </w:pPr>
      <w:r>
        <w:t>Visit our website at http://www.deltarevivalcenter.com or any website of ours that links to this Privacy Notice</w:t>
      </w:r>
    </w:p>
    <w:p>
      <w:pPr>
        <w:pStyle w:val="ListBullet"/>
      </w:pPr>
      <w:r>
        <w:t>Download and use our mobile application ( Delta Revival Center) , or any other application of ours that links to this Privacy Notice</w:t>
      </w:r>
    </w:p>
    <w:p>
      <w:pPr>
        <w:pStyle w:val="ListBullet"/>
      </w:pPr>
      <w:r>
        <w:t>Engage with us in other related ways, including any marketing or events</w:t>
      </w:r>
    </w:p>
    <w:p>
      <w:pPr>
        <w:pStyle w:val="Heading2"/>
      </w:pPr>
      <w:r>
        <w:t>SUMMARY OF KEY POINTS</w:t>
      </w:r>
    </w:p>
    <w:p>
      <w:pPr>
        <w:pStyle w:val="Heading2"/>
      </w:pPr>
      <w:r>
        <w:t>TABLE OF CONTENTS</w:t>
      </w:r>
    </w:p>
    <w:p>
      <w:pPr>
        <w:pStyle w:val="Heading2"/>
      </w:pPr>
      <w:r>
        <w:t>1. WHAT INFORMATION DO WE COLLECT?</w:t>
      </w:r>
    </w:p>
    <w:p>
      <w:pPr>
        <w:pStyle w:val="Heading3"/>
      </w:pPr>
      <w:r>
        <w:t>Personal information you disclose to us</w:t>
      </w:r>
    </w:p>
    <w:p>
      <w:pPr>
        <w:pStyle w:val="ListBullet"/>
      </w:pPr>
      <w:r>
        <w:t>names</w:t>
      </w:r>
    </w:p>
    <w:p>
      <w:pPr>
        <w:pStyle w:val="ListBullet"/>
      </w:pPr>
      <w:r>
        <w:t>phone numbers</w:t>
      </w:r>
    </w:p>
    <w:p>
      <w:pPr>
        <w:pStyle w:val="ListBullet"/>
      </w:pPr>
      <w:r>
        <w:t>email addresses</w:t>
      </w:r>
    </w:p>
    <w:p>
      <w:pPr>
        <w:pStyle w:val="ListBullet"/>
      </w:pPr>
      <w:r>
        <w:t>mailing addresses</w:t>
      </w:r>
    </w:p>
    <w:p>
      <w:pPr>
        <w:pStyle w:val="ListBullet"/>
      </w:pPr>
      <w:r>
        <w:t>contact preferences</w:t>
      </w:r>
    </w:p>
    <w:p>
      <w:pPr>
        <w:pStyle w:val="ListBullet"/>
      </w:pPr>
      <w:r>
        <w:t>information revealing religious or philosophical beliefs</w:t>
      </w:r>
    </w:p>
    <w:p>
      <w:pPr>
        <w:pStyle w:val="ListBullet"/>
      </w:pPr>
      <w:r>
        <w:t>Push Notifications. We may request to send you push notifications regarding your account or certain features of the application(s). If you wish to opt out from receiving these types of communications, you may turn them off in your device's settings.</w:t>
      </w:r>
    </w:p>
    <w:p>
      <w:pPr>
        <w:pStyle w:val="Heading3"/>
      </w:pPr>
      <w:r>
        <w:t>Information automatically collected</w:t>
      </w:r>
    </w:p>
    <w:p>
      <w:pPr>
        <w:pStyle w:val="ListBullet"/>
      </w:pPr>
      <w:r>
        <w:t>Log and Usage Data. Log and usage data is service-related, diagnostic, usage, and performance information our servers automatically collect when you access or use our Services and which we record in log files. Depending on how you interact with us, this log data may include your IP address, device information, browser type, and settings and information about your activity in the Services (such as the date/time stamps associated with your usage, pages and files viewed, searches, and other actions you take such as which features you use), device event information (such as system activity, error reports (sometimes called "crash dumps" ), and hardware settings).</w:t>
      </w:r>
    </w:p>
    <w:p>
      <w:pPr>
        <w:pStyle w:val="ListBullet"/>
      </w:pPr>
      <w:r>
        <w:t>Device Data. We collect device data such as information about your computer, phone, tablet, or other device you use to access the Services. Depending on the device used, this device data may include information such as your IP address (or proxy server), device and application identification numbers, location, browser type, hardware model, Internet service provider and/or mobile carrier, operating system, and system configuration information.</w:t>
      </w:r>
    </w:p>
    <w:p>
      <w:pPr>
        <w:pStyle w:val="ListBullet"/>
      </w:pPr>
      <w:r>
        <w:t>Location Data. We collect location data such as information about your device's location, which can be either precise or imprecise. How much information we collect depends on the type and settings of the device you use to access the Services. For example, we may use GPS and other technologies to collect geolocation data that tells us your current location (based on your IP address). You can opt out of allowing us to collect this information either by refusing access to the information or by disabling your Location setting on your device. However, if you choose to opt out, you may not be able to use certain aspects of the Services.</w:t>
      </w:r>
    </w:p>
    <w:p>
      <w:pPr>
        <w:pStyle w:val="Heading3"/>
      </w:pPr>
      <w:r>
        <w:t>Google API</w:t>
      </w:r>
    </w:p>
    <w:p>
      <w:pPr>
        <w:pStyle w:val="Heading2"/>
      </w:pPr>
      <w:r>
        <w:t>2. HOW DO WE PROCESS YOUR INFORMATION?</w:t>
      </w:r>
    </w:p>
    <w:p>
      <w:pPr>
        <w:pStyle w:val="ListBullet"/>
      </w:pPr>
      <w:r>
        <w:t>To respond to user inquiries/offer support to users. We may process your information to respond to your inquiries and solve any potential issues you might have with the requested service.</w:t>
      </w:r>
    </w:p>
    <w:p>
      <w:r>
        <w:t>3. WHEN AND WITH WHOM DO WE SHARE YOUR PERSONAL INFORMATION? In Short: We may share information in specific situations described in this section and/or with the following third parties. We may need to share your personal information in the following situations: Business Transfers. We may share or transfer your information in connection with, or during negotiations of, any merger, sale of company assets, financing, or acquisition of all or a portion of our business to another company. When we use Google Maps Platform APIs. We may share your information with certain Google Maps Platform APIs (e.g. , Google Maps API, Places API). Google Maps uses GPS, Wi-Fi, and cell towers to estimate your location. GPS is accurate to about 20 meters, while Wi-Fi and cell towers help improve accuracy when GPS signals are weak, like indoors. This data helps Google Maps provide directions, but it is not always perfectly precise. We obtain and store on your device ( "cache" ) your location . You may revoke your consent anytime by contacting us at the contact details provided at the end of this document. 4. DO WE USE COOKIES AND OTHER TRACKING TECHNOLOGIES? In Short: We may use cookies and other tracking technologies to collect and store your information. We may use cookies and similar tracking technologies (like web beacons and pixels) to gather information when you interact with our Services. Some online tracking technologies help us maintain the security of our Services , prevent crashes, fix bugs, save your preferences, and assist with basic site functions. We also permit third parties and service providers to use online tracking technologies on our Services for analytics and advertising, including to help manage and display advertisements, to tailor advertisements to your interests, or to send abandoned shopping cart reminders (depending on your communication preferences). The third parties and service providers use their technology to provide advertising about products and services tailored to your interests which may appear either on our Services or on other websites. To the extent these online tracking technologies are deemed to be a "sale"/"sharing" (which includes targeted advertising, as defined under the applicable laws) under applicable US state laws, you can opt out of these online tracking technologies by submitting a request as described below under section " DO UNITED STATES RESIDENTS HAVE SPECIFIC PRIVACY RIGHTS? " Specific information about how we use such technologies and how you can refuse certain cookies is set out in our Cookie Notice . 5. HOW DO WE HANDLE YOUR SOCIAL LOGINS? In Short: If you choose to register or log in to our Services using a social media account, we may have access to certain information about you. Our Services offer you the ability to register and log in using your third-party social media account details (like your Facebook or X logins). Where you choose to do this, we will receive certain profile information about you from your social media provider. The profile information we receive may vary depending on the social media provider concerned, but will often include your name, email address, friends list, and profile picture, as well as other information you choose to make public on such a social media platform. We will use the information we receive only for the purposes that are described in this Privacy Notice or that are otherwise made clear to you on the relevant Services. Please note that we do not control, and are not responsible for, other uses of your personal information by your third-party social media provider. We recommend that you review their privacy notice to understand how they collect, use, and share your personal information, and how you can set your privacy preferences on their sites and apps. 6. HOW LONG DO WE KEEP YOUR INFORMATION? In Short: We keep your information for as long as necessary to fulfill the purposes outlined in this Privacy Notice unless otherwise required by law. We will only keep your personal information for as long as it is necessary for the purposes set out in this Privacy Notice, unless a longer retention period is required or permitted by law (such as tax, accounting, or other legal requirements). When we have no ongoing legitimate business need to process your personal information, we will either delete or anonymize such information, or, if this is not possible (for example, because your personal information has been stored in backup archives), then we will securely store your personal information and isolate it from any further processing until deletion is possible. 7. HOW DO WE KEEP YOUR INFORMATION SAFE? In Short: We aim to protect your personal information through a system of organizational and technical security measures. We have implemented appropriate and reasonable technical and organizational security measures designed to protect the security of any personal information we process. However, despite our safeguards and efforts to secure your information, no electronic transmission over the Internet or information storage technology can be guaranteed to be 100% secure, so we cannot promise or guarantee that hackers, cybercriminals, or other unauthorized third parties will not be able to defeat our security and improperly collect, access, steal, or modify your information. Although we will do our best to protect your personal information, transmission of personal information to and from our Services is at your own risk. You should only access the Services within a secure environment. 8. DO WE COLLECT INFORMATION FROM MINORS? In Short: We do not knowingly collect data from or market to children under 18 years of age . We do not knowingly collect, solicit data from, or market to children under 18 years of age , nor do we knowingly sell such personal information. By using the Services, you represent that you are at least 18 or that you are the parent or guardian of such a minor and consent to such minor dependent’s use of the Services. If we learn that personal information from users less than 18 years of age has been collected, we will deactivate the account and take reasonable measures to promptly delete such data from our records. If you become aware of any data we may have collected from children under age 18 , please contact us at drc.indianola@gmail.com . 9. WHAT ARE YOUR PRIVACY RIGHTS? In Short: You may review, change, or terminate your account at any time, depending on your country, province, or state of residence. Withdrawing your consent: If we are relying on your consent to process your personal information, which may be express and/or implied consent depending on the applicable law, you have the right to withdraw your consent at any time. You can withdraw your consent at any time by contacting us by using the contact details provided in the section " HOW CAN YOU CONTACT US ABOUT THIS NOTICE? " below . However, please note that this will not affect the lawfulness of the processing before its withdrawal nor, when applicable law allows, will it affect the processing of your personal information conducted in reliance on lawful processing grounds other than consent. If you have questions or comments about your privacy rights, you may email us at drc.indianola@gmail.com . 10. CONTROLS FOR DO-NOT-TRACK FEATURES Most web browsers and some mobile operating systems and mobile applications include a Do-Not-Track ( "DNT" ) feature or setting you can activate to signal your privacy preference not to have data about your online browsing activities monitored and collected. At this stage, no uniform technology standard for recognizing and implementing DNT signals has been finalized . As such, we do not currently respond to DNT browser signals or any other mechanism that automatically communicates your choice not to be tracked online. If a standard for online tracking is adopted that we must follow in the future, we will inform you about that practice in a revised version of this Privacy Notice. California law requires us to let you know how we respond to web browser DNT signals. Because there currently is not an industry or legal standard for recognizing or honoring DNT signals, we do not respond to them at this time. 11. DO UNITED STATES RESIDENTS HAVE SPECIFIC PRIVACY RIGHTS? In Short: If you are a resident of California, Colorado, Connecticut, Delaware, Florida, Indiana, Iowa, Kentucky, Maryland, Minnesota, Montana, Nebraska, New Hampshire, New Jersey, Oregon, Rhode Island, Tennessee, Texas, Utah, or Virginia , you may have the right to request access to and receive details about the personal information we maintain about you and how we have processed it, correct inaccuracies, get a copy of, or delete your personal information. You may also have the right to withdraw your consent to our processing of your personal information. These rights may be limited in some circumstances by applicable law. More information is provided below. Categories of Personal Information We Collect The table below shows the categories of personal information we have collected in the past twelve (12) months. The table includes illustrative examples of each category and does not reflect the personal information we collect from you. For a comprehensive inventory of all personal information we process, please refer to the section " WHAT INFORMATION DO WE COLLECT? " Category Examples Collected A. Identifiers Contact details, such as real name, alias, postal address, telephone or mobile contact number, unique personal identifier, online identifier, Internet Protocol address, email address, and account name YES B. Personal information as defined in the California Customer Records statute Name, contact information, education, employment, employment history, and financial information YES C . Protected classification characteristics under state or federal law Gender, age, date of birth, race and ethnicity, national origin, marital status, and other demographic data NO D . Commercial information Transaction information, purchase history, financial details, and payment information NO E . Biometric information Fingerprints and voiceprints NO F . Internet or other similar network activity Browsing history, search history, online behavior , interest data, and interactions with our and other websites, applications, systems, and advertisements NO G . Geolocation data Device location YES H . Audio, electronic, sensory, or similar information Images and audio, video or call recordings created in connection with our business activities NO I . Professional or employment-related information Business contact details in order to provide you our Services at a business level or job title, work history, and professional qualifications if you apply for a job with us NO J . Education Information Student records and directory information NO K . Inferences drawn from collected personal information Inferences drawn from any of the collected personal information listed above to create a profile or summary about, for example, an individual’s preferences and characteristics NO L . Sensitive personal Information Religious or philosophical beliefs YES We only collect sensitive personal information, as defined by applicable privacy laws or the purposes allowed by law or with your consent. Sensitive personal information may be used, or disclosed to a service provider or contractor, for additional, specified purposes. You may have the right to limit the use or disclosure of your sensitive personal information. We do not collect or process sensitive personal information for the purpose of inferring characteristics about you. We may also collect other personal information outside of these categories through instances where you interact with us in person, online, or by phone or mail in the context of: Receiving help through our customer support channels; Participation in customer surveys or contests; and Facilitation in the delivery of our Services and to respond to your inquiries. We will use and retain the collected personal information as needed to provide the Services or for: Category A - As long as the user has an account with us Category B - As long as the user has an account with us Category G - As long as the user has an account with us Category L - As long as the user has an account with us Sources of Personal Information Learn more about the sources of personal information we collect in " WHAT INFORMATION DO WE COLLECT? " How We Use and Share Personal Information Learn more about how we use your personal information in the section, " HOW DO WE PROCESS YOUR INFORMATION? " Will your information be shared with anyone else? We may disclose your personal information with our service providers pursuant to a written contract between us and each service provider. Learn more about how we disclose personal information to in the section, " WHEN AND WITH WHOM DO WE SHARE YOUR PERSONAL INFORMATION? " We may use your personal information for our own business purposes, such as for undertaking internal research for technological development and demonstration. This is not considered to be "selling" of your personal information. We have not disclosed, sold, or shared any personal information to third parties for a business or commercial purpose in the preceding twelve (12) months. We will not sell or share personal information in the future belonging to website visitors, users, and other consumers. Your Rights You have rights under certain US state data protection laws. However, these rights are not absolute, and in certain cases, we may decline your request as permitted by law. These rights include: Right to know whether or not we are processing your personal data Right to access your personal data Right to correct inaccuracies in your personal data Right to request the deletion of your personal data Right to obtain a copy of the personal data you previously shared with us Right to non-discrimination for exercising your rights Right to opt out of the processing of your personal data if it is used for targeted advertising (or sharing as defined under California’s privacy law) , the sale of personal data, or profiling in furtherance of decisions that produce legal or similarly significant effects ( "profiling" ) Depending upon the state where you live, you may also have the following rights: Right to access the categories of personal data being processed (as permitted by applicable law, including the privacy law in Minnesota) Right to obtain a list of the categories of third parties to which we have disclosed personal data (as permitted by applicable law, including the privacy law in California, Delaware, and Maryland ) Right to obtain a list of specific third parties to which we have disclosed personal data (as permitted by applicable law, including the privacy law in Minnesota and Oregon ) Right to obtain a list of third parties to which we have sold personal data (as permitted by applicable law, including the privacy law in Connecticut) Right to review, understand, question, and depending on where you live, correct how personal data has been profiled (as permitted by applicable law, including the privacy law in Connecticut and Minnesota ) Right to limit use and disclosure of sensitive personal data (as permitted by applicable law, including the privacy law in California) Right to opt out of the collection of sensitive data and personal data collected through the operation of a voice or facial recognition feature (as permitted by applicable law, including the privacy law in Florida) How to Exercise Your Rights To exercise these rights, you can contact us by submitting a data subject access request , or by referring to the contact details at the bottom of this document. Under certain US state data protection laws, you can designate an authorized agent to make a request on your behalf. We may deny a request from an authorized agent that does not submit proof that they have been validly authorized to act on your behalf in accordance with applicable laws. Request Verification Upon receiving your request, we will need to verify your identity to determine you are the same person about whom we have the information in our system. We will only use personal information provided in your request to verify your identity or authority to make the request. However, if we cannot verify your identity from the information already maintained by us, we may request that you provide additional information for the purposes of verifying your identity and for security or fraud-prevention purposes. If you submit the request through an authorized agent, we may need to collect additional information to verify your identity before processing your request and the agent will need to provide a written and signed permission from you to submit such request on your behalf. Appeals Under certain US state data protection laws, if we decline to take action regarding your request, you may appeal our decision by emailing us at drc.indianola@gmail.com . We will inform you in writing of any action taken or not taken in response to the appeal, including a written explanation of the reasons for the decisions. If your appeal is denied, you may submit a complaint to your state attorney general. California "Shine The Light" Law California Civil Code Section 1798.83, also known as the "Shine The Light" law, permits our users who are California residents to request and obtain from us, once a year and free of charge, information about categories of personal information (if any) we disclosed to third parties for direct marketing purposes and the names and addresses of all third parties with which we shared personal information in the immediately preceding calendar year. If you are a California resident and would like to make such a request, please submit your request in writing to us by using the contact details provided in the section " HOW CAN YOU CONTACT US ABOUT THIS NOTICE? " 12. DO WE MAKE UPDATES TO THIS NOTICE? In Short: Yes, we will update this notice as necessary to stay compliant with relevant laws. We may update this Privacy Notice from time to time. The updated version will be indicated by an updated "Revised" date at the top of this Privacy Notice. If we make material changes to this Privacy Notice, we may notify you either by prominently posting a notice of such changes or by directly sending you a notification. We encourage you to review this Privacy Notice frequently to be informed of how we are protecting your information. 13. HOW CAN YOU CONTACT US ABOUT THIS NOTICE? If you have questions or comments about this notice, you may email us at drc.indianola@gmail.com or contact us by post at: Delta Revival Center 704 N. Sunflower Ave Ext. Indianola , MS 38751 United States 14. HOW CAN YOU REVIEW, UPDATE, OR DELETE THE DATA WE COLLECT FROM YOU? Based on the applicable laws of your country or state of residence in the US , you may have the right to request access to the personal information we collect from you, details about how we have processed it, correct inaccuracies, or delete your personal information. You may also have the right to withdraw your consent to our processing of your personal information. These rights may be limited in some circumstances by applicable law. To request to review, update, or delete your personal information, please fill out and submit a data subject access request . This Privacy Policy was created using Termly's Privacy Policy Generator</w:t>
      </w:r>
    </w:p>
    <w:p>
      <w:r>
        <w:t>3. WHEN AND WITH WHOM DO WE SHARE YOUR PERSONAL INFORMATION? In Short: We may share information in specific situations described in this section and/or with the following third parties. We may need to share your personal information in the following situations: Business Transfers. We may share or transfer your information in connection with, or during negotiations of, any merger, sale of company assets, financing, or acquisition of all or a portion of our business to another company. When we use Google Maps Platform APIs. We may share your information with certain Google Maps Platform APIs (e.g. , Google Maps API, Places API). Google Maps uses GPS, Wi-Fi, and cell towers to estimate your location. GPS is accurate to about 20 meters, while Wi-Fi and cell towers help improve accuracy when GPS signals are weak, like indoors. This data helps Google Maps provide directions, but it is not always perfectly precise. We obtain and store on your device ( "cache" ) your location . You may revoke your consent anytime by contacting us at the contact details provided at the end of this document. 4. DO WE USE COOKIES AND OTHER TRACKING TECHNOLOGIES? In Short: We may use cookies and other tracking technologies to collect and store your information. We may use cookies and similar tracking technologies (like web beacons and pixels) to gather information when you interact with our Services. Some online tracking technologies help us maintain the security of our Services , prevent crashes, fix bugs, save your preferences, and assist with basic site functions. We also permit third parties and service providers to use online tracking technologies on our Services for analytics and advertising, including to help manage and display advertisements, to tailor advertisements to your interests, or to send abandoned shopping cart reminders (depending on your communication preferences). The third parties and service providers use their technology to provide advertising about products and services tailored to your interests which may appear either on our Services or on other websites. To the extent these online tracking technologies are deemed to be a "sale"/"sharing" (which includes targeted advertising, as defined under the applicable laws) under applicable US state laws, you can opt out of these online tracking technologies by submitting a request as described below under section " DO UNITED STATES RESIDENTS HAVE SPECIFIC PRIVACY RIGHTS? " Specific information about how we use such technologies and how you can refuse certain cookies is set out in our Cookie Notice . 5. HOW DO WE HANDLE YOUR SOCIAL LOGINS? In Short: If you choose to register or log in to our Services using a social media account, we may have access to certain information about you. Our Services offer you the ability to register and log in using your third-party social media account details (like your Facebook or X logins). Where you choose to do this, we will receive certain profile information about you from your social media provider. The profile information we receive may vary depending on the social media provider concerned, but will often include your name, email address, friends list, and profile picture, as well as other information you choose to make public on such a social media platform. We will use the information we receive only for the purposes that are described in this Privacy Notice or that are otherwise made clear to you on the relevant Services. Please note that we do not control, and are not responsible for, other uses of your personal information by your third-party social media provider. We recommend that you review their privacy notice to understand how they collect, use, and share your personal information, and how you can set your privacy preferences on their sites and apps. 6. HOW LONG DO WE KEEP YOUR INFORMATION? In Short: We keep your information for as long as necessary to fulfill the purposes outlined in this Privacy Notice unless otherwise required by law. We will only keep your personal information for as long as it is necessary for the purposes set out in this Privacy Notice, unless a longer retention period is required or permitted by law (such as tax, accounting, or other legal requirements). When we have no ongoing legitimate business need to process your personal information, we will either delete or anonymize such information, or, if this is not possible (for example, because your personal information has been stored in backup archives), then we will securely store your personal information and isolate it from any further processing until deletion is possible. 7. HOW DO WE KEEP YOUR INFORMATION SAFE? In Short: We aim to protect your personal information through a system of organizational and technical security measures. We have implemented appropriate and reasonable technical and organizational security measures designed to protect the security of any personal information we process. However, despite our safeguards and efforts to secure your information, no electronic transmission over the Internet or information storage technology can be guaranteed to be 100% secure, so we cannot promise or guarantee that hackers, cybercriminals, or other unauthorized third parties will not be able to defeat our security and improperly collect, access, steal, or modify your information. Although we will do our best to protect your personal information, transmission of personal information to and from our Services is at your own risk. You should only access the Services within a secure environment. 8. DO WE COLLECT INFORMATION FROM MINORS? In Short: We do not knowingly collect data from or market to children under 18 years of age . We do not knowingly collect, solicit data from, or market to children under 18 years of age , nor do we knowingly sell such personal information. By using the Services, you represent that you are at least 18 or that you are the parent or guardian of such a minor and consent to such minor dependent’s use of the Services. If we learn that personal information from users less than 18 years of age has been collected, we will deactivate the account and take reasonable measures to promptly delete such data from our records. If you become aware of any data we may have collected from children under age 18 , please contact us at drc.indianola@gmail.com . 9. WHAT ARE YOUR PRIVACY RIGHTS? In Short: You may review, change, or terminate your account at any time, depending on your country, province, or state of residence. Withdrawing your consent: If we are relying on your consent to process your personal information, which may be express and/or implied consent depending on the applicable law, you have the right to withdraw your consent at any time. You can withdraw your consent at any time by contacting us by using the contact details provided in the section " HOW CAN YOU CONTACT US ABOUT THIS NOTICE? " below . However, please note that this will not affect the lawfulness of the processing before its withdrawal nor, when applicable law allows, will it affect the processing of your personal information conducted in reliance on lawful processing grounds other than consent. If you have questions or comments about your privacy rights, you may email us at drc.indianola@gmail.com . 10. CONTROLS FOR DO-NOT-TRACK FEATURES Most web browsers and some mobile operating systems and mobile applications include a Do-Not-Track ( "DNT" ) feature or setting you can activate to signal your privacy preference not to have data about your online browsing activities monitored and collected. At this stage, no uniform technology standard for recognizing and implementing DNT signals has been finalized . As such, we do not currently respond to DNT browser signals or any other mechanism that automatically communicates your choice not to be tracked online. If a standard for online tracking is adopted that we must follow in the future, we will inform you about that practice in a revised version of this Privacy Notice. California law requires us to let you know how we respond to web browser DNT signals. Because there currently is not an industry or legal standard for recognizing or honoring DNT signals, we do not respond to them at this time. 11. DO UNITED STATES RESIDENTS HAVE SPECIFIC PRIVACY RIGHTS? In Short: If you are a resident of California, Colorado, Connecticut, Delaware, Florida, Indiana, Iowa, Kentucky, Maryland, Minnesota, Montana, Nebraska, New Hampshire, New Jersey, Oregon, Rhode Island, Tennessee, Texas, Utah, or Virginia , you may have the right to request access to and receive details about the personal information we maintain about you and how we have processed it, correct inaccuracies, get a copy of, or delete your personal information. You may also have the right to withdraw your consent to our processing of your personal information. These rights may be limited in some circumstances by applicable law. More information is provided below. Categories of Personal Information We Collect The table below shows the categories of personal information we have collected in the past twelve (12) months. The table includes illustrative examples of each category and does not reflect the personal information we collect from you. For a comprehensive inventory of all personal information we process, please refer to the section " WHAT INFORMATION DO WE COLLECT? " Category Examples Collected A. Identifiers Contact details, such as real name, alias, postal address, telephone or mobile contact number, unique personal identifier, online identifier, Internet Protocol address, email address, and account name YES B. Personal information as defined in the California Customer Records statute Name, contact information, education, employment, employment history, and financial information YES C . Protected classification characteristics under state or federal law Gender, age, date of birth, race and ethnicity, national origin, marital status, and other demographic data NO D . Commercial information Transaction information, purchase history, financial details, and payment information NO E . Biometric information Fingerprints and voiceprints NO F . Internet or other similar network activity Browsing history, search history, online behavior , interest data, and interactions with our and other websites, applications, systems, and advertisements NO G . Geolocation data Device location YES H . Audio, electronic, sensory, or similar information Images and audio, video or call recordings created in connection with our business activities NO I . Professional or employment-related information Business contact details in order to provide you our Services at a business level or job title, work history, and professional qualifications if you apply for a job with us NO J . Education Information Student records and directory information NO K . Inferences drawn from collected personal information Inferences drawn from any of the collected personal information listed above to create a profile or summary about, for example, an individual’s preferences and characteristics NO L . Sensitive personal Information Religious or philosophical beliefs YES We only collect sensitive personal information, as defined by applicable privacy laws or the purposes allowed by law or with your consent. Sensitive personal information may be used, or disclosed to a service provider or contractor, for additional, specified purposes. You may have the right to limit the use or disclosure of your sensitive personal information. We do not collect or process sensitive personal information for the purpose of inferring characteristics about you. We may also collect other personal information outside of these categories through instances where you interact with us in person, online, or by phone or mail in the context of: Receiving help through our customer support channels; Participation in customer surveys or contests; and Facilitation in the delivery of our Services and to respond to your inquiries. We will use and retain the collected personal information as needed to provide the Services or for: Category A - As long as the user has an account with us Category B - As long as the user has an account with us Category G - As long as the user has an account with us Category L - As long as the user has an account with us Sources of Personal Information Learn more about the sources of personal information we collect in " WHAT INFORMATION DO WE COLLECT? " How We Use and Share Personal Information Learn more about how we use your personal information in the section, " HOW DO WE PROCESS YOUR INFORMATION? " Will your information be shared with anyone else? We may disclose your personal information with our service providers pursuant to a written contract between us and each service provider. Learn more about how we disclose personal information to in the section, " WHEN AND WITH WHOM DO WE SHARE YOUR PERSONAL INFORMATION? " We may use your personal information for our own business purposes, such as for undertaking internal research for technological development and demonstration. This is not considered to be "selling" of your personal information. We have not disclosed, sold, or shared any personal information to third parties for a business or commercial purpose in the preceding twelve (12) months. We will not sell or share personal information in the future belonging to website visitors, users, and other consumers. Your Rights You have rights under certain US state data protection laws. However, these rights are not absolute, and in certain cases, we may decline your request as permitted by law. These rights include: Right to know whether or not we are processing your personal data Right to access your personal data Right to correct inaccuracies in your personal data Right to request the deletion of your personal data Right to obtain a copy of the personal data you previously shared with us Right to non-discrimination for exercising your rights Right to opt out of the processing of your personal data if it is used for targeted advertising (or sharing as defined under California’s privacy law) , the sale of personal data, or profiling in furtherance of decisions that produce legal or similarly significant effects ( "profiling" ) Depending upon the state where you live, you may also have the following rights: Right to access the categories of personal data being processed (as permitted by applicable law, including the privacy law in Minnesota) Right to obtain a list of the categories of third parties to which we have disclosed personal data (as permitted by applicable law, including the privacy law in California, Delaware, and Maryland ) Right to obtain a list of specific third parties to which we have disclosed personal data (as permitted by applicable law, including the privacy law in Minnesota and Oregon ) Right to obtain a list of third parties to which we have sold personal data (as permitted by applicable law, including the privacy law in Connecticut) Right to review, understand, question, and depending on where you live, correct how personal data has been profiled (as permitted by applicable law, including the privacy law in Connecticut and Minnesota ) Right to limit use and disclosure of sensitive personal data (as permitted by applicable law, including the privacy law in California) Right to opt out of the collection of sensitive data and personal data collected through the operation of a voice or facial recognition feature (as permitted by applicable law, including the privacy law in Florida) How to Exercise Your Rights To exercise these rights, you can contact us by submitting a data subject access request , or by referring to the contact details at the bottom of this document. Under certain US state data protection laws, you can designate an authorized agent to make a request on your behalf. We may deny a request from an authorized agent that does not submit proof that they have been validly authorized to act on your behalf in accordance with applicable laws. Request Verification Upon receiving your request, we will need to verify your identity to determine you are the same person about whom we have the information in our system. We will only use personal information provided in your request to verify your identity or authority to make the request. However, if we cannot verify your identity from the information already maintained by us, we may request that you provide additional information for the purposes of verifying your identity and for security or fraud-prevention purposes. If you submit the request through an authorized agent, we may need to collect additional information to verify your identity before processing your request and the agent will need to provide a written and signed permission from you to submit such request on your behalf. Appeals Under certain US state data protection laws, if we decline to take action regarding your request, you may appeal our decision by emailing us at drc.indianola@gmail.com . We will inform you in writing of any action taken or not taken in response to the appeal, including a written explanation of the reasons for the decisions. If your appeal is denied, you may submit a complaint to your state attorney general. California "Shine The Light" Law California Civil Code Section 1798.83, also known as the "Shine The Light" law, permits our users who are California residents to request and obtain from us, once a year and free of charge, information about categories of personal information (if any) we disclosed to third parties for direct marketing purposes and the names and addresses of all third parties with which we shared personal information in the immediately preceding calendar year. If you are a California resident and would like to make such a request, please submit your request in writing to us by using the contact details provided in the section " HOW CAN YOU CONTACT US ABOUT THIS NOTICE? " 12. DO WE MAKE UPDATES TO THIS NOTICE? In Short: Yes, we will update this notice as necessary to stay compliant with relevant laws. We may update this Privacy Notice from time to time. The updated version will be indicated by an updated "Revised" date at the top of this Privacy Notice. If we make material changes to this Privacy Notice, we may notify you either by prominently posting a notice of such changes or by directly sending you a notification. We encourage you to review this Privacy Notice frequently to be informed of how we are protecting your information. 13. HOW CAN YOU CONTACT US ABOUT THIS NOTICE? If you have questions or comments about this notice, you may email us at drc.indianola@gmail.com or contact us by post at: Delta Revival Center 704 N. Sunflower Ave Ext. Indianola , MS 38751 United States 14. HOW CAN YOU REVIEW, UPDATE, OR DELETE THE DATA WE COLLECT FROM YOU? Based on the applicable laws of your country or state of residence in the US , you may have the right to request access to the personal information we collect from you, details about how we have processed it, correct inaccuracies, or delete your personal information. You may also have the right to withdraw your consent to our processing of your personal information. These rights may be limited in some circumstances by applicable law. To request to review, update, or delete your personal information, please fill out and submit a data subject access request . This Privacy Policy was created using Termly's Privacy Policy Generator</w:t>
      </w:r>
    </w:p>
    <w:p>
      <w:r>
        <w:t>3. WHEN AND WITH WHOM DO WE SHARE YOUR PERSONAL INFORMATION? In Short: We may share information in specific situations described in this section and/or with the following third parties. We may need to share your personal information in the following situations: Business Transfers. We may share or transfer your information in connection with, or during negotiations of, any merger, sale of company assets, financing, or acquisition of all or a portion of our business to another company. When we use Google Maps Platform APIs. We may share your information with certain Google Maps Platform APIs (e.g. , Google Maps API, Places API). Google Maps uses GPS, Wi-Fi, and cell towers to estimate your location. GPS is accurate to about 20 meters, while Wi-Fi and cell towers help improve accuracy when GPS signals are weak, like indoors. This data helps Google Maps provide directions, but it is not always perfectly precise. We obtain and store on your device ( "cache" ) your location . You may revoke your consent anytime by contacting us at the contact details provided at the end of this document. 4. DO WE USE COOKIES AND OTHER TRACKING TECHNOLOGIES? In Short: We may use cookies and other tracking technologies to collect and store your information. We may use cookies and similar tracking technologies (like web beacons and pixels) to gather information when you interact with our Services. Some online tracking technologies help us maintain the security of our Services , prevent crashes, fix bugs, save your preferences, and assist with basic site functions. We also permit third parties and service providers to use online tracking technologies on our Services for analytics and advertising, including to help manage and display advertisements, to tailor advertisements to your interests, or to send abandoned shopping cart reminders (depending on your communication preferences). The third parties and service providers use their technology to provide advertising about products and services tailored to your interests which may appear either on our Services or on other websites. To the extent these online tracking technologies are deemed to be a "sale"/"sharing" (which includes targeted advertising, as defined under the applicable laws) under applicable US state laws, you can opt out of these online tracking technologies by submitting a request as described below under section " DO UNITED STATES RESIDENTS HAVE SPECIFIC PRIVACY RIGHTS? " Specific information about how we use such technologies and how you can refuse certain cookies is set out in our Cookie Notice . 5. HOW DO WE HANDLE YOUR SOCIAL LOGINS? In Short: If you choose to register or log in to our Services using a social media account, we may have access to certain information about you. Our Services offer you the ability to register and log in using your third-party social media account details (like your Facebook or X logins). Where you choose to do this, we will receive certain profile information about you from your social media provider. The profile information we receive may vary depending on the social media provider concerned, but will often include your name, email address, friends list, and profile picture, as well as other information you choose to make public on such a social media platform. We will use the information we receive only for the purposes that are described in this Privacy Notice or that are otherwise made clear to you on the relevant Services. Please note that we do not control, and are not responsible for, other uses of your personal information by your third-party social media provider. We recommend that you review their privacy notice to understand how they collect, use, and share your personal information, and how you can set your privacy preferences on their sites and apps. 6. HOW LONG DO WE KEEP YOUR INFORMATION? In Short: We keep your information for as long as necessary to fulfill the purposes outlined in this Privacy Notice unless otherwise required by law. We will only keep your personal information for as long as it is necessary for the purposes set out in this Privacy Notice, unless a longer retention period is required or permitted by law (such as tax, accounting, or other legal requirements). When we have no ongoing legitimate business need to process your personal information, we will either delete or anonymize such information, or, if this is not possible (for example, because your personal information has been stored in backup archives), then we will securely store your personal information and isolate it from any further processing until deletion is possible. 7. HOW DO WE KEEP YOUR INFORMATION SAFE? In Short: We aim to protect your personal information through a system of organizational and technical security measures. We have implemented appropriate and reasonable technical and organizational security measures designed to protect the security of any personal information we process. However, despite our safeguards and efforts to secure your information, no electronic transmission over the Internet or information storage technology can be guaranteed to be 100% secure, so we cannot promise or guarantee that hackers, cybercriminals, or other unauthorized third parties will not be able to defeat our security and improperly collect, access, steal, or modify your information. Although we will do our best to protect your personal information, transmission of personal information to and from our Services is at your own risk. You should only access the Services within a secure environment. 8. DO WE COLLECT INFORMATION FROM MINORS? In Short: We do not knowingly collect data from or market to children under 18 years of age . We do not knowingly collect, solicit data from, or market to children under 18 years of age , nor do we knowingly sell such personal information. By using the Services, you represent that you are at least 18 or that you are the parent or guardian of such a minor and consent to such minor dependent’s use of the Services. If we learn that personal information from users less than 18 years of age has been collected, we will deactivate the account and take reasonable measures to promptly delete such data from our records. If you become aware of any data we may have collected from children under age 18 , please contact us at drc.indianola@gmail.com . 9. WHAT ARE YOUR PRIVACY RIGHTS? In Short: You may review, change, or terminate your account at any time, depending on your country, province, or state of residence. Withdrawing your consent: If we are relying on your consent to process your personal information, which may be express and/or implied consent depending on the applicable law, you have the right to withdraw your consent at any time. You can withdraw your consent at any time by contacting us by using the contact details provided in the section " HOW CAN YOU CONTACT US ABOUT THIS NOTICE? " below . However, please note that this will not affect the lawfulness of the processing before its withdrawal nor, when applicable law allows, will it affect the processing of your personal information conducted in reliance on lawful processing grounds other than consent. If you have questions or comments about your privacy rights, you may email us at drc.indianola@gmail.com . 10. CONTROLS FOR DO-NOT-TRACK FEATURES Most web browsers and some mobile operating systems and mobile applications include a Do-Not-Track ( "DNT" ) feature or setting you can activate to signal your privacy preference not to have data about your online browsing activities monitored and collected. At this stage, no uniform technology standard for recognizing and implementing DNT signals has been finalized . As such, we do not currently respond to DNT browser signals or any other mechanism that automatically communicates your choice not to be tracked online. If a standard for online tracking is adopted that we must follow in the future, we will inform you about that practice in a revised version of this Privacy Notice. California law requires us to let you know how we respond to web browser DNT signals. Because there currently is not an industry or legal standard for recognizing or honoring DNT signals, we do not respond to them at this time. 11. DO UNITED STATES RESIDENTS HAVE SPECIFIC PRIVACY RIGHTS? In Short: If you are a resident of California, Colorado, Connecticut, Delaware, Florida, Indiana, Iowa, Kentucky, Maryland, Minnesota, Montana, Nebraska, New Hampshire, New Jersey, Oregon, Rhode Island, Tennessee, Texas, Utah, or Virginia , you may have the right to request access to and receive details about the personal information we maintain about you and how we have processed it, correct inaccuracies, get a copy of, or delete your personal information. You may also have the right to withdraw your consent to our processing of your personal information. These rights may be limited in some circumstances by applicable law. More information is provided below. Categories of Personal Information We Collect The table below shows the categories of personal information we have collected in the past twelve (12) months. The table includes illustrative examples of each category and does not reflect the personal information we collect from you. For a comprehensive inventory of all personal information we process, please refer to the section " WHAT INFORMATION DO WE COLLECT? " Category Examples Collected A. Identifiers Contact details, such as real name, alias, postal address, telephone or mobile contact number, unique personal identifier, online identifier, Internet Protocol address, email address, and account name YES B. Personal information as defined in the California Customer Records statute Name, contact information, education, employment, employment history, and financial information YES C . Protected classification characteristics under state or federal law Gender, age, date of birth, race and ethnicity, national origin, marital status, and other demographic data NO D . Commercial information Transaction information, purchase history, financial details, and payment information NO E . Biometric information Fingerprints and voiceprints NO F . Internet or other similar network activity Browsing history, search history, online behavior , interest data, and interactions with our and other websites, applications, systems, and advertisements NO G . Geolocation data Device location YES H . Audio, electronic, sensory, or similar information Images and audio, video or call recordings created in connection with our business activities NO I . Professional or employment-related information Business contact details in order to provide you our Services at a business level or job title, work history, and professional qualifications if you apply for a job with us NO J . Education Information Student records and directory information NO K . Inferences drawn from collected personal information Inferences drawn from any of the collected personal information listed above to create a profile or summary about, for example, an individual’s preferences and characteristics NO L . Sensitive personal Information Religious or philosophical beliefs YES We only collect sensitive personal information, as defined by applicable privacy laws or the purposes allowed by law or with your consent. Sensitive personal information may be used, or disclosed to a service provider or contractor, for additional, specified purposes. You may have the right to limit the use or disclosure of your sensitive personal information. We do not collect or process sensitive personal information for the purpose of inferring characteristics about you. We may also collect other personal information outside of these categories through instances where you interact with us in person, online, or by phone or mail in the context of: Receiving help through our customer support channels; Participation in customer surveys or contests; and Facilitation in the delivery of our Services and to respond to your inquiries. We will use and retain the collected personal information as needed to provide the Services or for: Category A - As long as the user has an account with us Category B - As long as the user has an account with us Category G - As long as the user has an account with us Category L - As long as the user has an account with us Sources of Personal Information Learn more about the sources of personal information we collect in " WHAT INFORMATION DO WE COLLECT? " How We Use and Share Personal Information Learn more about how we use your personal information in the section, " HOW DO WE PROCESS YOUR INFORMATION? " Will your information be shared with anyone else? We may disclose your personal information with our service providers pursuant to a written contract between us and each service provider. Learn more about how we disclose personal information to in the section, " WHEN AND WITH WHOM DO WE SHARE YOUR PERSONAL INFORMATION? " We may use your personal information for our own business purposes, such as for undertaking internal research for technological development and demonstration. This is not considered to be "selling" of your personal information. We have not disclosed, sold, or shared any personal information to third parties for a business or commercial purpose in the preceding twelve (12) months. We will not sell or share personal information in the future belonging to website visitors, users, and other consumers. Your Rights You have rights under certain US state data protection laws. However, these rights are not absolute, and in certain cases, we may decline your request as permitted by law. These rights include: Right to know whether or not we are processing your personal data Right to access your personal data Right to correct inaccuracies in your personal data Right to request the deletion of your personal data Right to obtain a copy of the personal data you previously shared with us Right to non-discrimination for exercising your rights Right to opt out of the processing of your personal data if it is used for targeted advertising (or sharing as defined under California’s privacy law) , the sale of personal data, or profiling in furtherance of decisions that produce legal or similarly significant effects ( "profiling" ) Depending upon the state where you live, you may also have the following rights: Right to access the categories of personal data being processed (as permitted by applicable law, including the privacy law in Minnesota) Right to obtain a list of the categories of third parties to which we have disclosed personal data (as permitted by applicable law, including the privacy law in California, Delaware, and Maryland ) Right to obtain a list of specific third parties to which we have disclosed personal data (as permitted by applicable law, including the privacy law in Minnesota and Oregon ) Right to obtain a list of third parties to which we have sold personal data (as permitted by applicable law, including the privacy law in Connecticut) Right to review, understand, question, and depending on where you live, correct how personal data has been profiled (as permitted by applicable law, including the privacy law in Connecticut and Minnesota ) Right to limit use and disclosure of sensitive personal data (as permitted by applicable law, including the privacy law in California) Right to opt out of the collection of sensitive data and personal data collected through the operation of a voice or facial recognition feature (as permitted by applicable law, including the privacy law in Florida) How to Exercise Your Rights To exercise these rights, you can contact us by submitting a data subject access request , or by referring to the contact details at the bottom of this document. Under certain US state data protection laws, you can designate an authorized agent to make a request on your behalf. We may deny a request from an authorized agent that does not submit proof that they have been validly authorized to act on your behalf in accordance with applicable laws. Request Verification Upon receiving your request, we will need to verify your identity to determine you are the same person about whom we have the information in our system. We will only use personal information provided in your request to verify your identity or authority to make the request. However, if we cannot verify your identity from the information already maintained by us, we may request that you provide additional information for the purposes of verifying your identity and for security or fraud-prevention purposes. If you submit the request through an authorized agent, we may need to collect additional information to verify your identity before processing your request and the agent will need to provide a written and signed permission from you to submit such request on your behalf. Appeals Under certain US state data protection laws, if we decline to take action regarding your request, you may appeal our decision by emailing us at drc.indianola@gmail.com . We will inform you in writing of any action taken or not taken in response to the appeal, including a written explanation of the reasons for the decisions. If your appeal is denied, you may submit a complaint to your state attorney general. California "Shine The Light" Law California Civil Code Section 1798.83, also known as the "Shine The Light" law, permits our users who are California residents to request and obtain from us, once a year and free of charge, information about categories of personal information (if any) we disclosed to third parties for direct marketing purposes and the names and addresses of all third parties with which we shared personal information in the immediately preceding calendar year. If you are a California resident and would like to make such a request, please submit your request in writing to us by using the contact details provided in the section " HOW CAN YOU CONTACT US ABOUT THIS NOTICE? " 12. DO WE MAKE UPDATES TO THIS NOTICE? In Short: Yes, we will update this notice as necessary to stay compliant with relevant laws. We may update this Privacy Notice from time to time. The updated version will be indicated by an updated "Revised" date at the top of this Privacy Notice. If we make material changes to this Privacy Notice, we may notify you either by prominently posting a notice of such changes or by directly sending you a notification. We encourage you to review this Privacy Notice frequently to be informed of how we are protecting your information. 13. HOW CAN YOU CONTACT US ABOUT THIS NOTICE? If you have questions or comments about this notice, you may email us at drc.indianola@gmail.com or contact us by post at: Delta Revival Center 704 N. Sunflower Ave Ext. Indianola , MS 38751 United States 14. HOW CAN YOU REVIEW, UPDATE, OR DELETE THE DATA WE COLLECT FROM YOU? Based on the applicable laws of your country or state of residence in the US , you may have the right to request access to the personal information we collect from you, details about how we have processed it, correct inaccuracies, or delete your personal information. You may also have the right to withdraw your consent to our processing of your personal information. These rights may be limited in some circumstances by applicable law. To request to review, update, or delete your personal information, please fill out and submit a data subject access request . This Privacy Policy was created using Termly's Privacy Policy Generator</w:t>
      </w:r>
    </w:p>
    <w:p>
      <w:r>
        <w:t>3. WHEN AND WITH WHOM DO WE SHARE YOUR PERSONAL INFORMATION? In Short: We may share information in specific situations described in this section and/or with the following third parties. We may need to share your personal information in the following situations: Business Transfers. We may share or transfer your information in connection with, or during negotiations of, any merger, sale of company assets, financing, or acquisition of all or a portion of our business to another company. When we use Google Maps Platform APIs. We may share your information with certain Google Maps Platform APIs (e.g. , Google Maps API, Places API). Google Maps uses GPS, Wi-Fi, and cell towers to estimate your location. GPS is accurate to about 20 meters, while Wi-Fi and cell towers help improve accuracy when GPS signals are weak, like indoors. This data helps Google Maps provide directions, but it is not always perfectly precise. We obtain and store on your device ( "cache" ) your location . You may revoke your consent anytime by contacting us at the contact details provided at the end of this document. 4. DO WE USE COOKIES AND OTHER TRACKING TECHNOLOGIES? In Short: We may use cookies and other tracking technologies to collect and store your information. We may use cookies and similar tracking technologies (like web beacons and pixels) to gather information when you interact with our Services. Some online tracking technologies help us maintain the security of our Services , prevent crashes, fix bugs, save your preferences, and assist with basic site functions. We also permit third parties and service providers to use online tracking technologies on our Services for analytics and advertising, including to help manage and display advertisements, to tailor advertisements to your interests, or to send abandoned shopping cart reminders (depending on your communication preferences). The third parties and service providers use their technology to provide advertising about products and services tailored to your interests which may appear either on our Services or on other websites. To the extent these online tracking technologies are deemed to be a "sale"/"sharing" (which includes targeted advertising, as defined under the applicable laws) under applicable US state laws, you can opt out of these online tracking technologies by submitting a request as described below under section " DO UNITED STATES RESIDENTS HAVE SPECIFIC PRIVACY RIGHTS? " Specific information about how we use such technologies and how you can refuse certain cookies is set out in our Cookie Notice . 5. HOW DO WE HANDLE YOUR SOCIAL LOGINS? In Short: If you choose to register or log in to our Services using a social media account, we may have access to certain information about you. Our Services offer you the ability to register and log in using your third-party social media account details (like your Facebook or X logins). Where you choose to do this, we will receive certain profile information about you from your social media provider. The profile information we receive may vary depending on the social media provider concerned, but will often include your name, email address, friends list, and profile picture, as well as other information you choose to make public on such a social media platform. We will use the information we receive only for the purposes that are described in this Privacy Notice or that are otherwise made clear to you on the relevant Services. Please note that we do not control, and are not responsible for, other uses of your personal information by your third-party social media provider. We recommend that you review their privacy notice to understand how they collect, use, and share your personal information, and how you can set your privacy preferences on their sites and apps. 6. HOW LONG DO WE KEEP YOUR INFORMATION? In Short: We keep your information for as long as necessary to fulfill the purposes outlined in this Privacy Notice unless otherwise required by law. We will only keep your personal information for as long as it is necessary for the purposes set out in this Privacy Notice, unless a longer retention period is required or permitted by law (such as tax, accounting, or other legal requirements). When we have no ongoing legitimate business need to process your personal information, we will either delete or anonymize such information, or, if this is not possible (for example, because your personal information has been stored in backup archives), then we will securely store your personal information and isolate it from any further processing until deletion is possible. 7. HOW DO WE KEEP YOUR INFORMATION SAFE? In Short: We aim to protect your personal information through a system of organizational and technical security measures. We have implemented appropriate and reasonable technical and organizational security measures designed to protect the security of any personal information we process. However, despite our safeguards and efforts to secure your information, no electronic transmission over the Internet or information storage technology can be guaranteed to be 100% secure, so we cannot promise or guarantee that hackers, cybercriminals, or other unauthorized third parties will not be able to defeat our security and improperly collect, access, steal, or modify your information. Although we will do our best to protect your personal information, transmission of personal information to and from our Services is at your own risk. You should only access the Services within a secure environment. 8. DO WE COLLECT INFORMATION FROM MINORS? In Short: We do not knowingly collect data from or market to children under 18 years of age . We do not knowingly collect, solicit data from, or market to children under 18 years of age , nor do we knowingly sell such personal information. By using the Services, you represent that you are at least 18 or that you are the parent or guardian of such a minor and consent to such minor dependent’s use of the Services. If we learn that personal information from users less than 18 years of age has been collected, we will deactivate the account and take reasonable measures to promptly delete such data from our records. If you become aware of any data we may have collected from children under age 18 , please contact us at drc.indianola@gmail.com . 9. WHAT ARE YOUR PRIVACY RIGHTS? In Short: You may review, change, or terminate your account at any time, depending on your country, province, or state of residence. Withdrawing your consent: If we are relying on your consent to process your personal information, which may be express and/or implied consent depending on the applicable law, you have the right to withdraw your consent at any time. You can withdraw your consent at any time by contacting us by using the contact details provided in the section " HOW CAN YOU CONTACT US ABOUT THIS NOTICE? " below . However, please note that this will not affect the lawfulness of the processing before its withdrawal nor, when applicable law allows, will it affect the processing of your personal information conducted in reliance on lawful processing grounds other than consent. If you have questions or comments about your privacy rights, you may email us at drc.indianola@gmail.com . 10. CONTROLS FOR DO-NOT-TRACK FEATURES Most web browsers and some mobile operating systems and mobile applications include a Do-Not-Track ( "DNT" ) feature or setting you can activate to signal your privacy preference not to have data about your online browsing activities monitored and collected. At this stage, no uniform technology standard for recognizing and implementing DNT signals has been finalized . As such, we do not currently respond to DNT browser signals or any other mechanism that automatically communicates your choice not to be tracked online. If a standard for online tracking is adopted that we must follow in the future, we will inform you about that practice in a revised version of this Privacy Notice. California law requires us to let you know how we respond to web browser DNT signals. Because there currently is not an industry or legal standard for recognizing or honoring DNT signals, we do not respond to them at this time. 11. DO UNITED STATES RESIDENTS HAVE SPECIFIC PRIVACY RIGHTS? In Short: If you are a resident of California, Colorado, Connecticut, Delaware, Florida, Indiana, Iowa, Kentucky, Maryland, Minnesota, Montana, Nebraska, New Hampshire, New Jersey, Oregon, Rhode Island, Tennessee, Texas, Utah, or Virginia , you may have the right to request access to and receive details about the personal information we maintain about you and how we have processed it, correct inaccuracies, get a copy of, or delete your personal information. You may also have the right to withdraw your consent to our processing of your personal information. These rights may be limited in some circumstances by applicable law. More information is provided below. Categories of Personal Information We Collect The table below shows the categories of personal information we have collected in the past twelve (12) months. The table includes illustrative examples of each category and does not reflect the personal information we collect from you. For a comprehensive inventory of all personal information we process, please refer to the section " WHAT INFORMATION DO WE COLLECT? " Category Examples Collected A. Identifiers Contact details, such as real name, alias, postal address, telephone or mobile contact number, unique personal identifier, online identifier, Internet Protocol address, email address, and account name YES B. Personal information as defined in the California Customer Records statute Name, contact information, education, employment, employment history, and financial information YES C . Protected classification characteristics under state or federal law Gender, age, date of birth, race and ethnicity, national origin, marital status, and other demographic data NO D . Commercial information Transaction information, purchase history, financial details, and payment information NO E . Biometric information Fingerprints and voiceprints NO F . Internet or other similar network activity Browsing history, search history, online behavior , interest data, and interactions with our and other websites, applications, systems, and advertisements NO G . Geolocation data Device location YES H . Audio, electronic, sensory, or similar information Images and audio, video or call recordings created in connection with our business activities NO I . Professional or employment-related information Business contact details in order to provide you our Services at a business level or job title, work history, and professional qualifications if you apply for a job with us NO J . Education Information Student records and directory information NO K . Inferences drawn from collected personal information Inferences drawn from any of the collected personal information listed above to create a profile or summary about, for example, an individual’s preferences and characteristics NO L . Sensitive personal Information Religious or philosophical beliefs YES We only collect sensitive personal information, as defined by applicable privacy laws or the purposes allowed by law or with your consent. Sensitive personal information may be used, or disclosed to a service provider or contractor, for additional, specified purposes. You may have the right to limit the use or disclosure of your sensitive personal information. We do not collect or process sensitive personal information for the purpose of inferring characteristics about you. We may also collect other personal information outside of these categories through instances where you interact with us in person, online, or by phone or mail in the context of: Receiving help through our customer support channels; Participation in customer surveys or contests; and Facilitation in the delivery of our Services and to respond to your inquiries. We will use and retain the collected personal information as needed to provide the Services or for: Category A - As long as the user has an account with us Category B - As long as the user has an account with us Category G - As long as the user has an account with us Category L - As long as the user has an account with us Sources of Personal Information Learn more about the sources of personal information we collect in " WHAT INFORMATION DO WE COLLECT? " How We Use and Share Personal Information Learn more about how we use your personal information in the section, " HOW DO WE PROCESS YOUR INFORMATION? " Will your information be shared with anyone else? We may disclose your personal information with our service providers pursuant to a written contract between us and each service provider. Learn more about how we disclose personal information to in the section, " WHEN AND WITH WHOM DO WE SHARE YOUR PERSONAL INFORMATION? " We may use your personal information for our own business purposes, such as for undertaking internal research for technological development and demonstration. This is not considered to be "selling" of your personal information. We have not disclosed, sold, or shared any personal information to third parties for a business or commercial purpose in the preceding twelve (12) months. We will not sell or share personal information in the future belonging to website visitors, users, and other consumers. Your Rights You have rights under certain US state data protection laws. However, these rights are not absolute, and in certain cases, we may decline your request as permitted by law. These rights include: Right to know whether or not we are processing your personal data Right to access your personal data Right to correct inaccuracies in your personal data Right to request the deletion of your personal data Right to obtain a copy of the personal data you previously shared with us Right to non-discrimination for exercising your rights Right to opt out of the processing of your personal data if it is used for targeted advertising (or sharing as defined under California’s privacy law) , the sale of personal data, or profiling in furtherance of decisions that produce legal or similarly significant effects ( "profiling" ) Depending upon the state where you live, you may also have the following rights: Right to access the categories of personal data being processed (as permitted by applicable law, including the privacy law in Minnesota) Right to obtain a list of the categories of third parties to which we have disclosed personal data (as permitted by applicable law, including the privacy law in California, Delaware, and Maryland ) Right to obtain a list of specific third parties to which we have disclosed personal data (as permitted by applicable law, including the privacy law in Minnesota and Oregon ) Right to obtain a list of third parties to which we have sold personal data (as permitted by applicable law, including the privacy law in Connecticut) Right to review, understand, question, and depending on where you live, correct how personal data has been profiled (as permitted by applicable law, including the privacy law in Connecticut and Minnesota ) Right to limit use and disclosure of sensitive personal data (as permitted by applicable law, including the privacy law in California) Right to opt out of the collection of sensitive data and personal data collected through the operation of a voice or facial recognition feature (as permitted by applicable law, including the privacy law in Florida) How to Exercise Your Rights To exercise these rights, you can contact us by submitting a data subject access request , or by referring to the contact details at the bottom of this document. Under certain US state data protection laws, you can designate an authorized agent to make a request on your behalf. We may deny a request from an authorized agent that does not submit proof that they have been validly authorized to act on your behalf in accordance with applicable laws. Request Verification Upon receiving your request, we will need to verify your identity to determine you are the same person about whom we have the information in our system. We will only use personal information provided in your request to verify your identity or authority to make the request. However, if we cannot verify your identity from the information already maintained by us, we may request that you provide additional information for the purposes of verifying your identity and for security or fraud-prevention purposes. If you submit the request through an authorized agent, we may need to collect additional information to verify your identity before processing your request and the agent will need to provide a written and signed permission from you to submit such request on your behalf. Appeals Under certain US state data protection laws, if we decline to take action regarding your request, you may appeal our decision by emailing us at drc.indianola@gmail.com . We will inform you in writing of any action taken or not taken in response to the appeal, including a written explanation of the reasons for the decisions. If your appeal is denied, you may submit a complaint to your state attorney general. California "Shine The Light" Law California Civil Code Section 1798.83, also known as the "Shine The Light" law, permits our users who are California residents to request and obtain from us, once a year and free of charge, information about categories of personal information (if any) we disclosed to third parties for direct marketing purposes and the names and addresses of all third parties with which we shared personal information in the immediately preceding calendar year. If you are a California resident and would like to make such a request, please submit your request in writing to us by using the contact details provided in the section " HOW CAN YOU CONTACT US ABOUT THIS NOTICE? " 12. DO WE MAKE UPDATES TO THIS NOTICE? In Short: Yes, we will update this notice as necessary to stay compliant with relevant laws. We may update this Privacy Notice from time to time. The updated version will be indicated by an updated "Revised" date at the top of this Privacy Notice. If we make material changes to this Privacy Notice, we may notify you either by prominently posting a notice of such changes or by directly sending you a notification. We encourage you to review this Privacy Notice frequently to be informed of how we are protecting your information. 13. HOW CAN YOU CONTACT US ABOUT THIS NOTICE? If you have questions or comments about this notice, you may email us at drc.indianola@gmail.com or contact us by post at: Delta Revival Center 704 N. Sunflower Ave Ext. Indianola , MS 38751 United States 14. HOW CAN YOU REVIEW, UPDATE, OR DELETE THE DATA WE COLLECT FROM YOU? Based on the applicable laws of your country or state of residence in the US , you may have the right to request access to the personal information we collect from you, details about how we have processed it, correct inaccuracies, or delete your personal information. You may also have the right to withdraw your consent to our processing of your personal information. These rights may be limited in some circumstances by applicable law. To request to review, update, or delete your personal information, please fill out and submit a data subject access request . This Privacy Policy was created using Termly's Privacy Policy Generator</w:t>
      </w:r>
    </w:p>
    <w:p>
      <w:pPr>
        <w:pStyle w:val="Heading2"/>
      </w:pPr>
      <w:r>
        <w:t>3. WHEN AND WITH WHOM DO WE SHARE YOUR PERSONAL INFORMATION?</w:t>
      </w:r>
    </w:p>
    <w:p>
      <w:pPr>
        <w:pStyle w:val="ListBullet"/>
      </w:pPr>
      <w:r>
        <w:t>Business Transfers. We may share or transfer your information in connection with, or during negotiations of, any merger, sale of company assets, financing, or acquisition of all or a portion of our business to another company.</w:t>
      </w:r>
    </w:p>
    <w:p>
      <w:pPr>
        <w:pStyle w:val="ListBullet"/>
      </w:pPr>
      <w:r>
        <w:t>When we use Google Maps Platform APIs. We may share your information with certain Google Maps Platform APIs (e.g. , Google Maps API, Places API). Google Maps uses GPS, Wi-Fi, and cell towers to estimate your location. GPS is accurate to about 20 meters, while Wi-Fi and cell towers help improve accuracy when GPS signals are weak, like indoors. This data helps Google Maps provide directions, but it is not always perfectly precise. We obtain and store on your device ( "cache" ) your location . You may revoke your consent anytime by contacting us at the contact details provided at the end of this document.</w:t>
      </w:r>
    </w:p>
    <w:p>
      <w:pPr>
        <w:pStyle w:val="Heading2"/>
      </w:pPr>
      <w:r>
        <w:t>4. DO WE USE COOKIES AND OTHER TRACKING TECHNOLOGIES?</w:t>
      </w:r>
    </w:p>
    <w:p>
      <w:pPr>
        <w:pStyle w:val="Heading2"/>
      </w:pPr>
      <w:r>
        <w:t>5. HOW DO WE HANDLE YOUR SOCIAL LOGINS?</w:t>
      </w:r>
    </w:p>
    <w:p>
      <w:pPr>
        <w:pStyle w:val="Heading2"/>
      </w:pPr>
      <w:r>
        <w:t>6. HOW LONG DO WE KEEP YOUR INFORMATION?</w:t>
      </w:r>
    </w:p>
    <w:p>
      <w:pPr>
        <w:pStyle w:val="Heading2"/>
      </w:pPr>
      <w:r>
        <w:t>7. HOW DO WE KEEP YOUR INFORMATION SAFE?</w:t>
      </w:r>
    </w:p>
    <w:p>
      <w:pPr>
        <w:pStyle w:val="Heading2"/>
      </w:pPr>
      <w:r>
        <w:t>8. DO WE COLLECT INFORMATION FROM MINORS?</w:t>
      </w:r>
    </w:p>
    <w:p>
      <w:pPr>
        <w:pStyle w:val="Heading2"/>
      </w:pPr>
      <w:r>
        <w:t>9. WHAT ARE YOUR PRIVACY RIGHTS?</w:t>
      </w:r>
    </w:p>
    <w:p>
      <w:pPr>
        <w:pStyle w:val="Heading2"/>
      </w:pPr>
      <w:r>
        <w:t>10. CONTROLS FOR DO-NOT-TRACK FEATURES</w:t>
      </w:r>
    </w:p>
    <w:p>
      <w:pPr>
        <w:pStyle w:val="Heading2"/>
      </w:pPr>
      <w:r>
        <w:t>11. DO UNITED STATES RESIDENTS HAVE SPECIFIC PRIVACY RIGHTS?</w:t>
      </w:r>
    </w:p>
    <w:p>
      <w:pPr>
        <w:pStyle w:val="Heading3"/>
      </w:pPr>
      <w:r>
        <w:t>Categories of Personal Information We Collect</w:t>
      </w:r>
    </w:p>
    <w:p>
      <w:pPr>
        <w:pStyle w:val="ListBullet"/>
      </w:pPr>
      <w:r>
        <w:t>Receiving help through our customer support channels;</w:t>
      </w:r>
    </w:p>
    <w:p>
      <w:pPr>
        <w:pStyle w:val="ListBullet"/>
      </w:pPr>
      <w:r>
        <w:t>Participation in customer surveys or contests; and</w:t>
      </w:r>
    </w:p>
    <w:p>
      <w:pPr>
        <w:pStyle w:val="ListBullet"/>
      </w:pPr>
      <w:r>
        <w:t>Facilitation in the delivery of our Services and to respond to your inquiries.</w:t>
      </w:r>
    </w:p>
    <w:p>
      <w:pPr>
        <w:pStyle w:val="ListBullet"/>
      </w:pPr>
      <w:r>
        <w:t>Category A - As long as the user has an account with us</w:t>
      </w:r>
    </w:p>
    <w:p>
      <w:pPr>
        <w:pStyle w:val="ListBullet"/>
      </w:pPr>
      <w:r>
        <w:t>Category B - As long as the user has an account with us</w:t>
      </w:r>
    </w:p>
    <w:p>
      <w:pPr>
        <w:pStyle w:val="ListBullet"/>
      </w:pPr>
      <w:r>
        <w:t>Category G - As long as the user has an account with us</w:t>
      </w:r>
    </w:p>
    <w:p>
      <w:pPr>
        <w:pStyle w:val="ListBullet"/>
      </w:pPr>
      <w:r>
        <w:t>Category L - As long as the user has an account with us</w:t>
      </w:r>
    </w:p>
    <w:p>
      <w:pPr>
        <w:pStyle w:val="Heading3"/>
      </w:pPr>
      <w:r>
        <w:t>Sources of Personal Information</w:t>
      </w:r>
    </w:p>
    <w:p>
      <w:pPr>
        <w:pStyle w:val="Heading3"/>
      </w:pPr>
      <w:r>
        <w:t>How We Use and Share Personal Information</w:t>
      </w:r>
    </w:p>
    <w:p>
      <w:pPr>
        <w:pStyle w:val="Heading3"/>
      </w:pPr>
      <w:r>
        <w:t>Your Rights</w:t>
      </w:r>
    </w:p>
    <w:p>
      <w:pPr>
        <w:pStyle w:val="ListBullet"/>
      </w:pPr>
      <w:r>
        <w:t>Right to know whether or not we are processing your personal data</w:t>
      </w:r>
    </w:p>
    <w:p>
      <w:pPr>
        <w:pStyle w:val="ListBullet"/>
      </w:pPr>
      <w:r>
        <w:t>Right to access your personal data</w:t>
      </w:r>
    </w:p>
    <w:p>
      <w:pPr>
        <w:pStyle w:val="ListBullet"/>
      </w:pPr>
      <w:r>
        <w:t>Right to correct inaccuracies in your personal data</w:t>
      </w:r>
    </w:p>
    <w:p>
      <w:pPr>
        <w:pStyle w:val="ListBullet"/>
      </w:pPr>
      <w:r>
        <w:t>Right to request the deletion of your personal data</w:t>
      </w:r>
    </w:p>
    <w:p>
      <w:pPr>
        <w:pStyle w:val="ListBullet"/>
      </w:pPr>
      <w:r>
        <w:t>Right to obtain a copy of the personal data you previously shared with us</w:t>
      </w:r>
    </w:p>
    <w:p>
      <w:pPr>
        <w:pStyle w:val="ListBullet"/>
      </w:pPr>
      <w:r>
        <w:t>Right to non-discrimination for exercising your rights</w:t>
      </w:r>
    </w:p>
    <w:p>
      <w:pPr>
        <w:pStyle w:val="ListBullet"/>
      </w:pPr>
      <w:r>
        <w:t>Right to opt out of the processing of your personal data if it is used for targeted advertising (or sharing as defined under California’s privacy law) , the sale of personal data, or profiling in furtherance of decisions that produce legal or similarly significant effects ( "profiling" )</w:t>
      </w:r>
    </w:p>
    <w:p>
      <w:pPr>
        <w:pStyle w:val="ListBullet"/>
      </w:pPr>
      <w:r>
        <w:t>Right to access the categories of personal data being processed (as permitted by applicable law, including the privacy law in Minnesota)</w:t>
      </w:r>
    </w:p>
    <w:p>
      <w:pPr>
        <w:pStyle w:val="ListBullet"/>
      </w:pPr>
      <w:r>
        <w:t>Right to obtain a list of the categories of third parties to which we have disclosed personal data (as permitted by applicable law, including the privacy law in California, Delaware, and Maryland )</w:t>
      </w:r>
    </w:p>
    <w:p>
      <w:pPr>
        <w:pStyle w:val="ListBullet"/>
      </w:pPr>
      <w:r>
        <w:t>Right to obtain a list of specific third parties to which we have disclosed personal data (as permitted by applicable law, including the privacy law in Minnesota and Oregon )</w:t>
      </w:r>
    </w:p>
    <w:p>
      <w:pPr>
        <w:pStyle w:val="ListBullet"/>
      </w:pPr>
      <w:r>
        <w:t>Right to obtain a list of third parties to which we have sold personal data (as permitted by applicable law, including the privacy law in Connecticut)</w:t>
      </w:r>
    </w:p>
    <w:p>
      <w:pPr>
        <w:pStyle w:val="ListBullet"/>
      </w:pPr>
      <w:r>
        <w:t>Right to review, understand, question, and depending on where you live, correct how personal data has been profiled (as permitted by applicable law, including the privacy law in Connecticut and Minnesota )</w:t>
      </w:r>
    </w:p>
    <w:p>
      <w:pPr>
        <w:pStyle w:val="ListBullet"/>
      </w:pPr>
      <w:r>
        <w:t>Right to limit use and disclosure of sensitive personal data (as permitted by applicable law, including the privacy law in California)</w:t>
      </w:r>
    </w:p>
    <w:p>
      <w:pPr>
        <w:pStyle w:val="ListBullet"/>
      </w:pPr>
      <w:r>
        <w:t>Right to opt out of the collection of sensitive data and personal data collected through the operation of a voice or facial recognition feature (as permitted by applicable law, including the privacy law in Florida)</w:t>
      </w:r>
    </w:p>
    <w:p>
      <w:pPr>
        <w:pStyle w:val="Heading3"/>
      </w:pPr>
      <w:r>
        <w:t>How to Exercise Your Rights</w:t>
      </w:r>
    </w:p>
    <w:p>
      <w:pPr>
        <w:pStyle w:val="Heading3"/>
      </w:pPr>
      <w:r>
        <w:t>Request Verification</w:t>
      </w:r>
    </w:p>
    <w:p>
      <w:pPr>
        <w:pStyle w:val="Heading3"/>
      </w:pPr>
      <w:r>
        <w:t>Appeals</w:t>
      </w:r>
    </w:p>
    <w:p>
      <w:pPr>
        <w:pStyle w:val="Heading3"/>
      </w:pPr>
      <w:r>
        <w:t>California "Shine The Light" Law</w:t>
      </w:r>
    </w:p>
    <w:p>
      <w:pPr>
        <w:pStyle w:val="Heading2"/>
      </w:pPr>
      <w:r>
        <w:t>12. DO WE MAKE UPDATES TO THIS NOTICE?</w:t>
      </w:r>
    </w:p>
    <w:p>
      <w:pPr>
        <w:pStyle w:val="Heading2"/>
      </w:pPr>
      <w:r>
        <w:t>13. HOW CAN YOU CONTACT US ABOUT THIS NOTICE?</w:t>
      </w:r>
    </w:p>
    <w:p>
      <w:pPr>
        <w:pStyle w:val="Heading2"/>
      </w:pPr>
      <w:r>
        <w:t>14. HOW CAN YOU REVIEW, UPDATE, OR DELETE THE DATA WE COLLECT FROM YOU?</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